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Invoice Document</w:t>
      </w:r>
    </w:p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Client: {{ client_name }}</w:t>
      </w:r>
    </w:p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Date: {{ invoice_date }}</w:t>
      </w:r>
    </w:p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Invoice #: {{ invoice_number }}</w:t>
      </w:r>
    </w:p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Description:</w:t>
      </w:r>
    </w:p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{{ description }}</w:t>
      </w:r>
    </w:p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Items:</w:t>
      </w:r>
    </w:p>
    <w:tbl>
      <w:tblPr>
        <w:tblStyle w:val="TableGrid"/>
        <w:tblW w:w="864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  <w:tblLook w:val="04a0" w:noHBand="0" w:noVBand="1" w:firstColumn="1" w:lastRow="0" w:lastColumn="0" w:firstRow="1"/>
      </w:tblPr>
      <w:tblGrid>
        <w:gridCol w:w="2880"/>
        <w:gridCol w:w="2880"/>
        <w:gridCol w:w="2880"/>
      </w:tblGrid>
      <w:tr>
        <w:trPr/>
        <w:tc>
          <w:tcPr>
            <w:tcW w:w="288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825" w:leader="none"/>
              </w:tabs>
              <w:bidi w:val="0"/>
              <w:spacing w:lineRule="auto" w:line="240" w:before="0" w:after="0"/>
              <w:ind w:firstLine="850" w:start="0" w:end="0"/>
              <w:jc w:val="start"/>
              <w:rPr>
                <w:rFonts w:ascii="times new roman" w:hAnsi="times new roman" w:eastAsia="ＭＳ 明朝" w:cs="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Product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825" w:leader="none"/>
              </w:tabs>
              <w:bidi w:val="0"/>
              <w:spacing w:lineRule="auto" w:line="240" w:before="0" w:after="0"/>
              <w:ind w:firstLine="850" w:start="0" w:end="0"/>
              <w:jc w:val="start"/>
              <w:rPr>
                <w:rFonts w:ascii="times new roman" w:hAnsi="times new roman" w:eastAsia="ＭＳ 明朝" w:cs="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Quantity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825" w:leader="none"/>
              </w:tabs>
              <w:bidi w:val="0"/>
              <w:spacing w:lineRule="auto" w:line="240" w:before="0" w:after="0"/>
              <w:ind w:firstLine="850" w:start="0" w:end="0"/>
              <w:jc w:val="start"/>
              <w:rPr>
                <w:rFonts w:ascii="times new roman" w:hAnsi="times new roman" w:eastAsia="ＭＳ 明朝" w:cs="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Price</w:t>
            </w:r>
          </w:p>
        </w:tc>
      </w:tr>
      <w:tr>
        <w:trPr>
          <w:trHeight w:val="913" w:hRule="atLeast"/>
        </w:trPr>
        <w:tc>
          <w:tcPr>
            <w:tcW w:w="288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825" w:leader="none"/>
              </w:tabs>
              <w:bidi w:val="0"/>
              <w:spacing w:lineRule="auto" w:line="240" w:before="0" w:after="0"/>
              <w:ind w:firstLine="850" w:start="0" w:end="0"/>
              <w:jc w:val="center"/>
              <w:rPr>
                <w:rFonts w:ascii="times new roman" w:hAnsi="times new roman" w:eastAsia="ＭＳ 明朝" w:cs="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{%tr for item in items %}{{ item.product }}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825" w:leader="none"/>
              </w:tabs>
              <w:bidi w:val="0"/>
              <w:spacing w:lineRule="auto" w:line="240" w:before="0" w:after="0"/>
              <w:ind w:firstLine="850" w:start="0" w:end="0"/>
              <w:jc w:val="center"/>
              <w:rPr>
                <w:rFonts w:ascii="times new roman" w:hAnsi="times new roman" w:eastAsia="ＭＳ 明朝" w:cs="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{{ item.qty }}</w:t>
            </w:r>
          </w:p>
        </w:tc>
        <w:tc>
          <w:tcPr>
            <w:tcW w:w="2880" w:type="dxa"/>
            <w:tcBorders/>
          </w:tcPr>
          <w:p>
            <w:pPr>
              <w:pStyle w:val="Normal"/>
              <w:widowControl/>
              <w:tabs>
                <w:tab w:val="clear" w:pos="720"/>
                <w:tab w:val="left" w:pos="825" w:leader="none"/>
              </w:tabs>
              <w:bidi w:val="0"/>
              <w:spacing w:lineRule="auto" w:line="240" w:before="0" w:after="0"/>
              <w:ind w:firstLine="850" w:start="0" w:end="0"/>
              <w:jc w:val="center"/>
              <w:rPr>
                <w:rFonts w:ascii="times new roman" w:hAnsi="times new roman" w:eastAsia="ＭＳ 明朝" w:cs=""/>
                <w:kern w:val="0"/>
                <w:sz w:val="28"/>
                <w:szCs w:val="28"/>
                <w:lang w:val="en-US" w:eastAsia="en-US" w:bidi="ar-SA"/>
              </w:rPr>
            </w:pPr>
            <w:r>
              <w:rPr>
                <w:rFonts w:eastAsia="ＭＳ 明朝" w:cs="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{{ item.price }}{%tr endfor %}</w:t>
            </w:r>
          </w:p>
        </w:tc>
      </w:tr>
    </w:tbl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Total: {{ total_amount }}</w:t>
      </w:r>
    </w:p>
    <w:p>
      <w:pPr>
        <w:pStyle w:val="Normal"/>
        <w:widowControl/>
        <w:tabs>
          <w:tab w:val="clear" w:pos="720"/>
          <w:tab w:val="left" w:pos="825" w:leader="none"/>
        </w:tabs>
        <w:bidi w:val="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clear" w:pos="720"/>
          <w:tab w:val="left" w:pos="825" w:leader="none"/>
        </w:tabs>
        <w:bidi w:val="0"/>
        <w:spacing w:before="0" w:after="200"/>
        <w:ind w:firstLine="850" w:start="0" w:end="0"/>
        <w:jc w:val="star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Prepared by: {{ author_name }}</w:t>
      </w:r>
    </w:p>
    <w:sectPr>
      <w:type w:val="nextPage"/>
      <w:pgSz w:w="12240" w:h="15840"/>
      <w:pgMar w:left="1800" w:right="1800" w:gutter="0" w:header="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mbria">
    <w:charset w:val="01" w:characterSet="utf-8"/>
    <w:family w:val="roman"/>
    <w:pitch w:val="variable"/>
  </w:font>
  <w:font w:name="Calibri">
    <w:charset w:val="01" w:characterSet="utf-8"/>
    <w:family w:val="roman"/>
    <w:pitch w:val="variable"/>
  </w:font>
  <w:font w:name="Courier">
    <w:altName w:val="Courier New"/>
    <w:charset w:val="01" w:characterSet="utf-8"/>
    <w:family w:val="roman"/>
    <w:pitch w:val="variable"/>
  </w:font>
  <w:font w:name="Liberation Sans">
    <w:altName w:val="Arial"/>
    <w:charset w:val="01" w:characterSet="utf-8"/>
    <w:family w:val="swiss"/>
    <w:pitch w:val="variable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Style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Style6">
    <w:name w:val="Указатель"/>
    <w:basedOn w:val="Normal"/>
    <w:qFormat/>
    <w:pPr>
      <w:suppressLineNumbers/>
    </w:pPr>
    <w:rPr>
      <w:rFonts w:cs="Noto Sans"/>
    </w:rPr>
  </w:style>
  <w:style w:type="paragraph" w:styleId="Style7">
    <w:name w:val="Колонтитулы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Style8" w:default="1">
    <w:name w:val="Без списка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LibreOffice/25.8.4.2$Linux_X86_64 LibreOffice_project/580$Build-2</Application>
  <AppVersion>15.0000</AppVersion>
  <Pages>1</Pages>
  <Words>48</Words>
  <Characters>260</Characters>
  <CharactersWithSpaces>293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ru-RU</dc:language>
  <cp:lastModifiedBy/>
  <dcterms:modified xsi:type="dcterms:W3CDTF">2026-06-14T14:46:38Z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